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012E85" w14:textId="77777777" w:rsidR="007F455E" w:rsidRDefault="00000000">
      <w:pPr>
        <w:pStyle w:val="Titel"/>
      </w:pPr>
      <w:r>
        <w:t>Informatie over retourneren en garantie</w:t>
      </w:r>
    </w:p>
    <w:p w14:paraId="31629263" w14:textId="77777777" w:rsidR="007F455E" w:rsidRDefault="00000000">
      <w:pPr>
        <w:pStyle w:val="SmallMuted"/>
      </w:pPr>
      <w:r>
        <w:t>Informatie voor consumenten over het herroepingsrecht, de uitzonderingen voor maatwerk en de wettelijke garantie.</w:t>
      </w:r>
    </w:p>
    <w:p w14:paraId="2D96B35D" w14:textId="77777777" w:rsidR="007F455E" w:rsidRDefault="00000000">
      <w:pPr>
        <w:pStyle w:val="Kop2"/>
      </w:pPr>
      <w:r>
        <w:t>Herroepingsrecht</w:t>
      </w:r>
    </w:p>
    <w:p w14:paraId="096BB0A2" w14:textId="77777777" w:rsidR="007F455E" w:rsidRDefault="00000000">
      <w:r>
        <w:t>Bij een aankoop op afstand heeft een consument in beginsel het recht om de bestelling binnen 14 dagen na ontvangst zonder opgave van reden te herroepen, tenzij een wettelijke uitzondering van toepassing is.</w:t>
      </w:r>
    </w:p>
    <w:p w14:paraId="0363F306" w14:textId="77777777" w:rsidR="007F455E" w:rsidRDefault="00000000">
      <w:r>
        <w:t>Na een geldige herroeping heeft u nog 14 dagen om het product terug te sturen. Wij betalen het aankoopbedrag en de standaard verzendkosten bij volledige herroeping terug binnen 14 dagen na uw melding. Wij mogen met terugbetalen wachten totdat wij het product hebben ontvangen of totdat u heeft aangetoond dat het is teruggestuurd.</w:t>
      </w:r>
    </w:p>
    <w:p w14:paraId="2C6EDB30" w14:textId="77777777" w:rsidR="007F455E" w:rsidRDefault="00000000">
      <w:r>
        <w:t>De rechtstreekse kosten van het terugsturen zijn voor uw rekening, mits dit vooraf is meegedeeld. Ga zorgvuldig met het product om en stuur het, indien redelijkerwijs mogelijk, met de toebehoren in de oorspronkelijke verpakking terug.</w:t>
      </w:r>
    </w:p>
    <w:p w14:paraId="33DB8825" w14:textId="77777777" w:rsidR="007F455E" w:rsidRDefault="00000000">
      <w:pPr>
        <w:pStyle w:val="Kop2"/>
      </w:pPr>
      <w:r>
        <w:t>Uitzondering: gepersonaliseerd drukwerk</w:t>
      </w:r>
    </w:p>
    <w:p w14:paraId="0802C6C4" w14:textId="77777777" w:rsidR="007F455E" w:rsidRDefault="00000000">
      <w:r>
        <w:t>Het wettelijke herroepingsrecht geldt niet voor producten die volgens uw individuele specificaties zijn vervaardigd of duidelijk persoonlijk van aard zijn. Hieronder kan bijvoorbeeld drukwerk met uw eigen ontwerp of bedrijfsgegevens vallen. Deze uitzondering geldt alleen wanneer het product daadwerkelijk aan de wettelijke voorwaarden voldoet en de uitsluiting vóór de bestelling duidelijk is vermeld.</w:t>
      </w:r>
    </w:p>
    <w:p w14:paraId="6D900014" w14:textId="77777777" w:rsidR="007F455E" w:rsidRDefault="00000000">
      <w:r>
        <w:t>Dit betekent niet dat u geen rechten heeft wanneer het drukwerk verkeerd, beschadigd of ondeugdelijk wordt geleverd.</w:t>
      </w:r>
    </w:p>
    <w:p w14:paraId="485FE5EB" w14:textId="77777777" w:rsidR="007F455E" w:rsidRDefault="00000000">
      <w:pPr>
        <w:pStyle w:val="Kop2"/>
      </w:pPr>
      <w:r>
        <w:t>Garantie en klachten</w:t>
      </w:r>
    </w:p>
    <w:p w14:paraId="22043C5E" w14:textId="77777777" w:rsidR="007F455E" w:rsidRDefault="00000000">
      <w:r>
        <w:t>Uw bestelling moet voldoen aan wat u redelijkerwijs van het product mag verwachten. Is er iets misgegaan met de productie of levering? Meld dit via info@drukstore.com en vermeld bij voorkeur uw ordernummer en foto’s van het probleem. Wij zoeken naar een passende oplossing met behoud van uw wettelijke rechten.</w:t>
      </w:r>
    </w:p>
    <w:p w14:paraId="178CAD61" w14:textId="77777777" w:rsidR="007F455E" w:rsidRDefault="00000000">
      <w:pPr>
        <w:pStyle w:val="Kop2"/>
      </w:pPr>
      <w:r>
        <w:t>Contactgegevens</w:t>
      </w:r>
    </w:p>
    <w:p w14:paraId="0AE423CE" w14:textId="77777777" w:rsidR="007F455E" w:rsidRDefault="00000000">
      <w:r>
        <w:rPr>
          <w:b/>
        </w:rPr>
        <w:t>Druk-Store Leusden</w:t>
      </w:r>
      <w:r>
        <w:t xml:space="preserve">  |  Klokhoek 18, 3833 GX Leusden</w:t>
      </w:r>
    </w:p>
    <w:p w14:paraId="6D3E46D6" w14:textId="77777777" w:rsidR="007F455E" w:rsidRDefault="00000000">
      <w:r>
        <w:t>Telefoon: 033 – 494 54 74   |   E-mail: info@drukstore.com</w:t>
      </w:r>
    </w:p>
    <w:p w14:paraId="09307801" w14:textId="073CC168" w:rsidR="007F455E" w:rsidRDefault="00000000">
      <w:proofErr w:type="spellStart"/>
      <w:r>
        <w:t>KvK</w:t>
      </w:r>
      <w:proofErr w:type="spellEnd"/>
      <w:r>
        <w:t>: [</w:t>
      </w:r>
      <w:r w:rsidR="007F3B2E">
        <w:rPr>
          <w:rFonts w:ascii="Myriad Pro" w:hAnsi="Myriad Pro" w:cs="Myriad Pro"/>
          <w:color w:val="141413"/>
          <w:sz w:val="16"/>
          <w:szCs w:val="16"/>
          <w:lang w:val="nl-NL"/>
        </w:rPr>
        <w:t>31041568</w:t>
      </w:r>
      <w:r>
        <w:t>]   |   Btw-</w:t>
      </w:r>
      <w:proofErr w:type="spellStart"/>
      <w:r>
        <w:t>identificatienummer</w:t>
      </w:r>
      <w:proofErr w:type="spellEnd"/>
      <w:r>
        <w:t>: [</w:t>
      </w:r>
      <w:r w:rsidR="007F3B2E">
        <w:rPr>
          <w:rFonts w:ascii="Myriad Pro" w:hAnsi="Myriad Pro" w:cs="Myriad Pro"/>
          <w:color w:val="141413"/>
          <w:sz w:val="16"/>
          <w:szCs w:val="16"/>
          <w:lang w:val="nl-NL"/>
        </w:rPr>
        <w:t>NL 8184.63.132.B01</w:t>
      </w:r>
      <w:r>
        <w:t>]</w:t>
      </w:r>
    </w:p>
    <w:p w14:paraId="61C7B357" w14:textId="77777777" w:rsidR="007F455E" w:rsidRDefault="00000000">
      <w:r>
        <w:br w:type="page"/>
      </w:r>
    </w:p>
    <w:p w14:paraId="4537FFB9" w14:textId="77777777" w:rsidR="007F455E" w:rsidRDefault="00000000">
      <w:pPr>
        <w:pStyle w:val="Titel"/>
      </w:pPr>
      <w:r>
        <w:lastRenderedPageBreak/>
        <w:t>Modelformulier voor herroeping</w:t>
      </w:r>
    </w:p>
    <w:p w14:paraId="105A445C" w14:textId="77777777" w:rsidR="007F455E" w:rsidRDefault="00000000">
      <w:pPr>
        <w:pStyle w:val="SmallMuted"/>
      </w:pPr>
      <w:r>
        <w:t>Vul dit formulier alleen in en stuur het terug als u de overeenkomst wilt herroepen en het wettelijke herroepingsrecht op uw bestelling van toepassing is. U kunt herroeping ook op een andere ondubbelzinnige manier melden.</w:t>
      </w:r>
    </w:p>
    <w:p w14:paraId="71FD4354" w14:textId="77777777" w:rsidR="007F455E" w:rsidRDefault="00000000">
      <w:pPr>
        <w:pStyle w:val="Kop2"/>
      </w:pPr>
      <w:r>
        <w:t>Aan</w:t>
      </w:r>
    </w:p>
    <w:p w14:paraId="1C0CD96A" w14:textId="77777777" w:rsidR="007F455E" w:rsidRDefault="00000000">
      <w:r>
        <w:t>Druk-Store Leusden</w:t>
      </w:r>
      <w:r>
        <w:br/>
        <w:t>Klokhoek 18</w:t>
      </w:r>
      <w:r>
        <w:br/>
        <w:t>3833 GX Leusden</w:t>
      </w:r>
      <w:r>
        <w:br/>
        <w:t>info@drukstore.com</w:t>
      </w:r>
      <w:r>
        <w:br/>
        <w:t>033 – 494 54 74</w:t>
      </w:r>
    </w:p>
    <w:p w14:paraId="33FD8090" w14:textId="77777777" w:rsidR="007F455E" w:rsidRDefault="00000000">
      <w:pPr>
        <w:pStyle w:val="Kop2"/>
      </w:pPr>
      <w:r>
        <w:t>Verklaring</w:t>
      </w:r>
    </w:p>
    <w:p w14:paraId="1F39F1FA" w14:textId="77777777" w:rsidR="007F455E" w:rsidRDefault="00000000">
      <w:r>
        <w:t>Ik/Wij (*) deel/delen (*) u hierbij mede dat ik/wij (*) de overeenkomst betreffende de verkoop van de volgende goederen of de levering van de volgende dienst (*) herroep/herroepen (*):</w:t>
      </w:r>
    </w:p>
    <w:p w14:paraId="0D04B93F" w14:textId="77777777" w:rsidR="007F455E" w:rsidRDefault="00000000">
      <w:r>
        <w:t>________________________________________________________________________________</w:t>
      </w:r>
    </w:p>
    <w:p w14:paraId="09436CEC" w14:textId="77777777" w:rsidR="007F455E" w:rsidRDefault="00000000">
      <w:r>
        <w:t>________________________________________________________________________________</w:t>
      </w:r>
    </w:p>
    <w:p w14:paraId="7AB654B3" w14:textId="77777777" w:rsidR="007F455E" w:rsidRDefault="00000000">
      <w:pPr>
        <w:spacing w:before="40"/>
      </w:pPr>
      <w:r>
        <w:rPr>
          <w:b/>
        </w:rPr>
        <w:t>Besteld op (dd-mm-jjjj):</w:t>
      </w:r>
      <w:r>
        <w:t xml:space="preserve">          Bestelnummer:</w:t>
      </w:r>
    </w:p>
    <w:p w14:paraId="3FDC555B" w14:textId="77777777" w:rsidR="007F455E" w:rsidRDefault="00000000">
      <w:r>
        <w:t>________________________________________________________________________________</w:t>
      </w:r>
    </w:p>
    <w:p w14:paraId="02C36758" w14:textId="77777777" w:rsidR="007F455E" w:rsidRDefault="00000000">
      <w:pPr>
        <w:spacing w:before="40"/>
      </w:pPr>
      <w:r>
        <w:rPr>
          <w:b/>
        </w:rPr>
        <w:t>Ontvangen op (dd-mm-jjjj):</w:t>
      </w:r>
    </w:p>
    <w:p w14:paraId="1D6041EF" w14:textId="77777777" w:rsidR="007F455E" w:rsidRDefault="00000000">
      <w:r>
        <w:t>________________________________________________________________________________</w:t>
      </w:r>
    </w:p>
    <w:p w14:paraId="10CE32B0" w14:textId="77777777" w:rsidR="007F455E" w:rsidRDefault="00000000">
      <w:pPr>
        <w:spacing w:before="40"/>
      </w:pPr>
      <w:r>
        <w:rPr>
          <w:b/>
        </w:rPr>
        <w:t>Naam/namen consument(en):</w:t>
      </w:r>
    </w:p>
    <w:p w14:paraId="517B51A5" w14:textId="77777777" w:rsidR="007F455E" w:rsidRDefault="00000000">
      <w:r>
        <w:t>________________________________________________________________________________</w:t>
      </w:r>
    </w:p>
    <w:p w14:paraId="02F7FA44" w14:textId="77777777" w:rsidR="007F455E" w:rsidRDefault="00000000">
      <w:pPr>
        <w:spacing w:before="40"/>
      </w:pPr>
      <w:r>
        <w:rPr>
          <w:b/>
        </w:rPr>
        <w:t>Adres consument(en):</w:t>
      </w:r>
    </w:p>
    <w:p w14:paraId="7E48B593" w14:textId="77777777" w:rsidR="007F455E" w:rsidRDefault="00000000">
      <w:r>
        <w:t>________________________________________________________________________________</w:t>
      </w:r>
    </w:p>
    <w:p w14:paraId="466AD56B" w14:textId="77777777" w:rsidR="007F455E" w:rsidRDefault="00000000">
      <w:pPr>
        <w:spacing w:before="40"/>
      </w:pPr>
      <w:r>
        <w:rPr>
          <w:b/>
        </w:rPr>
        <w:t>E-mailadres (optioneel):</w:t>
      </w:r>
    </w:p>
    <w:p w14:paraId="0B8A54CC" w14:textId="77777777" w:rsidR="007F455E" w:rsidRDefault="00000000">
      <w:r>
        <w:t>________________________________________________________________________________</w:t>
      </w:r>
    </w:p>
    <w:p w14:paraId="54E3D14D" w14:textId="77777777" w:rsidR="007F455E" w:rsidRDefault="00000000">
      <w:pPr>
        <w:spacing w:before="40"/>
      </w:pPr>
      <w:r>
        <w:rPr>
          <w:b/>
        </w:rPr>
        <w:t>IBAN (alleen indien nodig voor terugbetaling):</w:t>
      </w:r>
    </w:p>
    <w:p w14:paraId="42E163D8" w14:textId="77777777" w:rsidR="007F455E" w:rsidRDefault="00000000">
      <w:r>
        <w:t>________________________________________________________________________________</w:t>
      </w:r>
    </w:p>
    <w:p w14:paraId="5BC02C62" w14:textId="77777777" w:rsidR="007F455E" w:rsidRDefault="00000000">
      <w:r>
        <w:rPr>
          <w:b/>
        </w:rPr>
        <w:t xml:space="preserve">Datum: </w:t>
      </w:r>
      <w:r>
        <w:t xml:space="preserve">________________________    </w:t>
      </w:r>
      <w:r>
        <w:rPr>
          <w:b/>
        </w:rPr>
        <w:t xml:space="preserve">Handtekening: </w:t>
      </w:r>
      <w:r>
        <w:t>________________________</w:t>
      </w:r>
    </w:p>
    <w:p w14:paraId="7673A069" w14:textId="77777777" w:rsidR="007F455E" w:rsidRDefault="00000000">
      <w:pPr>
        <w:pStyle w:val="SmallMuted"/>
      </w:pPr>
      <w:r>
        <w:t>Handtekening alleen vereist wanneer dit formulier op papier wordt ingediend.</w:t>
      </w:r>
    </w:p>
    <w:p w14:paraId="4CDDE32A" w14:textId="77777777" w:rsidR="007F455E" w:rsidRDefault="00000000">
      <w:pPr>
        <w:pStyle w:val="SmallMuted"/>
      </w:pPr>
      <w:r>
        <w:t>(*) Doorhalen wat niet van toepassing is.</w:t>
      </w:r>
    </w:p>
    <w:sectPr w:rsidR="007F455E" w:rsidSect="00034616">
      <w:headerReference w:type="default" r:id="rId8"/>
      <w:footerReference w:type="default" r:id="rId9"/>
      <w:pgSz w:w="12240" w:h="15840"/>
      <w:pgMar w:top="1191" w:right="1247" w:bottom="1077" w:left="1247" w:header="39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40A5BF" w14:textId="77777777" w:rsidR="00102A02" w:rsidRDefault="00102A02">
      <w:pPr>
        <w:spacing w:after="0" w:line="240" w:lineRule="auto"/>
      </w:pPr>
      <w:r>
        <w:separator/>
      </w:r>
    </w:p>
  </w:endnote>
  <w:endnote w:type="continuationSeparator" w:id="0">
    <w:p w14:paraId="55D7176C" w14:textId="77777777" w:rsidR="00102A02" w:rsidRDefault="00102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01BA9" w14:textId="77777777" w:rsidR="007F455E" w:rsidRDefault="00000000">
    <w:pPr>
      <w:pStyle w:val="SmallMuted"/>
      <w:jc w:val="center"/>
    </w:pPr>
    <w:r>
      <w:t xml:space="preserve">Druk-Store </w:t>
    </w:r>
    <w:proofErr w:type="spellStart"/>
    <w:proofErr w:type="gramStart"/>
    <w:r>
      <w:t>Leusden</w:t>
    </w:r>
    <w:proofErr w:type="spellEnd"/>
    <w:r>
      <w:t xml:space="preserve">  •</w:t>
    </w:r>
    <w:proofErr w:type="gramEnd"/>
    <w:r>
      <w:t xml:space="preserve">  </w:t>
    </w:r>
    <w:proofErr w:type="spellStart"/>
    <w:r>
      <w:t>Klokhoek</w:t>
    </w:r>
    <w:proofErr w:type="spellEnd"/>
    <w:r>
      <w:t xml:space="preserve"> 18, 3833 GX </w:t>
    </w:r>
    <w:proofErr w:type="spellStart"/>
    <w:proofErr w:type="gramStart"/>
    <w:r>
      <w:t>Leusden</w:t>
    </w:r>
    <w:proofErr w:type="spellEnd"/>
    <w:r>
      <w:t xml:space="preserve">  •</w:t>
    </w:r>
    <w:proofErr w:type="gramEnd"/>
    <w:r>
      <w:t xml:space="preserve">  info@drukstore.com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8F3215" w14:textId="77777777" w:rsidR="00102A02" w:rsidRDefault="00102A02">
      <w:pPr>
        <w:spacing w:after="0" w:line="240" w:lineRule="auto"/>
      </w:pPr>
      <w:r>
        <w:separator/>
      </w:r>
    </w:p>
  </w:footnote>
  <w:footnote w:type="continuationSeparator" w:id="0">
    <w:p w14:paraId="70D5F5A0" w14:textId="77777777" w:rsidR="00102A02" w:rsidRDefault="00102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3C9E6" w14:textId="77777777" w:rsidR="007F455E" w:rsidRDefault="00000000">
    <w:pPr>
      <w:pStyle w:val="SmallMuted"/>
      <w:jc w:val="right"/>
    </w:pPr>
    <w:r>
      <w:t>DRUK-</w:t>
    </w:r>
    <w:proofErr w:type="gramStart"/>
    <w:r>
      <w:t>STORE  |</w:t>
    </w:r>
    <w:proofErr w:type="gramEnd"/>
    <w:r>
      <w:t xml:space="preserve">  LEUSDEN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864487814">
    <w:abstractNumId w:val="8"/>
  </w:num>
  <w:num w:numId="2" w16cid:durableId="1832599171">
    <w:abstractNumId w:val="6"/>
  </w:num>
  <w:num w:numId="3" w16cid:durableId="1217621844">
    <w:abstractNumId w:val="5"/>
  </w:num>
  <w:num w:numId="4" w16cid:durableId="1862552756">
    <w:abstractNumId w:val="4"/>
  </w:num>
  <w:num w:numId="5" w16cid:durableId="1037120294">
    <w:abstractNumId w:val="7"/>
  </w:num>
  <w:num w:numId="6" w16cid:durableId="1948849814">
    <w:abstractNumId w:val="3"/>
  </w:num>
  <w:num w:numId="7" w16cid:durableId="988292872">
    <w:abstractNumId w:val="2"/>
  </w:num>
  <w:num w:numId="8" w16cid:durableId="53163239">
    <w:abstractNumId w:val="1"/>
  </w:num>
  <w:num w:numId="9" w16cid:durableId="5883464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2A02"/>
    <w:rsid w:val="0015074B"/>
    <w:rsid w:val="0029639D"/>
    <w:rsid w:val="00326F90"/>
    <w:rsid w:val="007F3B2E"/>
    <w:rsid w:val="007F455E"/>
    <w:rsid w:val="00960F32"/>
    <w:rsid w:val="00A22BE6"/>
    <w:rsid w:val="00AA1D8D"/>
    <w:rsid w:val="00AD124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457270"/>
  <w14:defaultImageDpi w14:val="300"/>
  <w15:docId w15:val="{13FA5588-C8DD-E941-AC99-619065552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00" w:line="264" w:lineRule="auto"/>
    </w:pPr>
    <w:rPr>
      <w:rFonts w:ascii="Aptos" w:hAnsi="Aptos"/>
      <w:color w:val="29323E"/>
      <w:sz w:val="21"/>
    </w:rPr>
  </w:style>
  <w:style w:type="paragraph" w:styleId="Kop1">
    <w:name w:val="heading 1"/>
    <w:basedOn w:val="Standaard"/>
    <w:next w:val="Standaard"/>
    <w:link w:val="Kop1Char"/>
    <w:uiPriority w:val="9"/>
    <w:qFormat/>
    <w:rsid w:val="00FC693F"/>
    <w:pPr>
      <w:keepNext/>
      <w:keepLines/>
      <w:spacing w:before="160" w:after="160"/>
      <w:outlineLvl w:val="0"/>
    </w:pPr>
    <w:rPr>
      <w:rFonts w:asciiTheme="majorHAnsi" w:eastAsiaTheme="majorEastAsia" w:hAnsiTheme="majorHAnsi" w:cstheme="majorBidi"/>
      <w:b/>
      <w:bCs/>
      <w:color w:val="18374B"/>
      <w:sz w:val="26"/>
      <w:szCs w:val="28"/>
    </w:rPr>
  </w:style>
  <w:style w:type="paragraph" w:styleId="Kop2">
    <w:name w:val="heading 2"/>
    <w:basedOn w:val="Standaard"/>
    <w:next w:val="Standaard"/>
    <w:link w:val="Kop2Char"/>
    <w:uiPriority w:val="9"/>
    <w:unhideWhenUsed/>
    <w:qFormat/>
    <w:rsid w:val="00FC693F"/>
    <w:pPr>
      <w:keepNext/>
      <w:keepLines/>
      <w:spacing w:before="160" w:after="120"/>
      <w:outlineLvl w:val="1"/>
    </w:pPr>
    <w:rPr>
      <w:rFonts w:asciiTheme="majorHAnsi" w:eastAsiaTheme="majorEastAsia" w:hAnsiTheme="majorHAnsi" w:cstheme="majorBidi"/>
      <w:b/>
      <w:bCs/>
      <w:color w:val="18374B"/>
      <w:sz w:val="22"/>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18374B"/>
      <w:spacing w:val="5"/>
      <w:kern w:val="28"/>
      <w:sz w:val="40"/>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uted">
    <w:name w:val="Small Muted"/>
    <w:rPr>
      <w:rFonts w:ascii="Aptos" w:hAnsi="Aptos"/>
      <w:color w:val="64707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Modelformulier voor herroeping – Druk-Store Leusden</dc:title>
  <dc:subject>Retourinformatie en herroeping</dc:subject>
  <dc:creator>Druk-Store Leusden</dc:creator>
  <cp:keywords/>
  <dc:description>generated by python-docx</dc:description>
  <cp:lastModifiedBy>Bretties Huurdeman</cp:lastModifiedBy>
  <cp:revision>3</cp:revision>
  <dcterms:created xsi:type="dcterms:W3CDTF">2026-11-03T11:21:00Z</dcterms:created>
  <dcterms:modified xsi:type="dcterms:W3CDTF">2026-11-03T11:22:00Z</dcterms:modified>
  <cp:category/>
</cp:coreProperties>
</file>